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644"/>
        <w:gridCol w:w="3643"/>
        <w:gridCol w:w="3647"/>
      </w:tblGrid>
      <w:tr w:rsidR="008B2CDD" w:rsidRPr="000A2F48">
        <w:trPr>
          <w:jc w:val="center"/>
        </w:trPr>
        <w:tc>
          <w:tcPr>
            <w:tcW w:w="3648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:rsidR="008B2CDD" w:rsidRPr="000A2F48" w:rsidRDefault="000A2F48" w:rsidP="000A2F48">
            <w:pPr>
              <w:spacing w:after="40"/>
              <w:rPr>
                <w:rFonts w:ascii="Trebuchet MS" w:hAnsi="Trebuchet MS"/>
              </w:rPr>
            </w:pPr>
            <w:proofErr w:type="spellStart"/>
            <w:r>
              <w:rPr>
                <w:rFonts w:ascii="Trebuchet MS" w:hAnsi="Trebuchet MS"/>
                <w:sz w:val="17"/>
              </w:rPr>
              <w:t>Județul</w:t>
            </w:r>
            <w:proofErr w:type="spellEnd"/>
            <w:r>
              <w:rPr>
                <w:rFonts w:ascii="Trebuchet MS" w:hAnsi="Trebuchet MS"/>
                <w:sz w:val="17"/>
              </w:rPr>
              <w:t xml:space="preserve">: </w:t>
            </w:r>
            <w:r w:rsidRPr="000A2F48">
              <w:rPr>
                <w:rFonts w:ascii="Trebuchet MS" w:hAnsi="Trebuchet MS"/>
                <w:b/>
                <w:sz w:val="17"/>
              </w:rPr>
              <w:t xml:space="preserve">HARGHITA </w:t>
            </w:r>
            <w:r w:rsidRPr="000A2F48">
              <w:rPr>
                <w:rFonts w:ascii="Trebuchet MS" w:hAnsi="Trebuchet MS"/>
                <w:sz w:val="17"/>
              </w:rPr>
              <w:br/>
            </w:r>
            <w:proofErr w:type="spellStart"/>
            <w:r w:rsidRPr="000A2F48">
              <w:rPr>
                <w:rFonts w:ascii="Trebuchet MS" w:hAnsi="Trebuchet MS"/>
                <w:b/>
                <w:sz w:val="17"/>
              </w:rPr>
              <w:t>Inspectoratul</w:t>
            </w:r>
            <w:proofErr w:type="spellEnd"/>
            <w:r w:rsidRPr="000A2F48">
              <w:rPr>
                <w:rFonts w:ascii="Trebuchet MS" w:hAnsi="Trebuchet MS"/>
                <w:b/>
                <w:sz w:val="17"/>
              </w:rPr>
              <w:t xml:space="preserve"> de Stat în Construcții - I.S.C.</w:t>
            </w:r>
            <w:r w:rsidRPr="000A2F48">
              <w:rPr>
                <w:rFonts w:ascii="Trebuchet MS" w:hAnsi="Trebuchet MS"/>
                <w:b/>
                <w:sz w:val="17"/>
              </w:rPr>
              <w:br/>
              <w:t>Inspectoratul Teritorial în Construcții</w:t>
            </w:r>
            <w:r>
              <w:rPr>
                <w:rFonts w:ascii="Trebuchet MS" w:hAnsi="Trebuchet MS"/>
                <w:sz w:val="17"/>
              </w:rPr>
              <w:br/>
              <w:t xml:space="preserve">CIF: </w:t>
            </w:r>
            <w:r w:rsidRPr="000A2F48">
              <w:rPr>
                <w:rFonts w:ascii="Trebuchet MS" w:hAnsi="Trebuchet MS"/>
                <w:b/>
                <w:sz w:val="17"/>
              </w:rPr>
              <w:t>4245968</w:t>
            </w:r>
          </w:p>
        </w:tc>
        <w:tc>
          <w:tcPr>
            <w:tcW w:w="3648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:rsidR="000A2F48" w:rsidRDefault="000A2F48">
            <w:pPr>
              <w:jc w:val="center"/>
              <w:rPr>
                <w:rFonts w:ascii="Trebuchet MS" w:hAnsi="Trebuchet MS"/>
                <w:b/>
                <w:sz w:val="17"/>
              </w:rPr>
            </w:pPr>
            <w:r w:rsidRPr="00E17DAF">
              <w:rPr>
                <w:rFonts w:ascii="Trebuchet MS" w:hAnsi="Trebuchet MS"/>
                <w:noProof/>
              </w:rPr>
              <w:drawing>
                <wp:anchor distT="0" distB="0" distL="114300" distR="114300" simplePos="0" relativeHeight="251658240" behindDoc="0" locked="0" layoutInCell="1" allowOverlap="1" wp14:anchorId="57163B0B" wp14:editId="0AE4016C">
                  <wp:simplePos x="0" y="0"/>
                  <wp:positionH relativeFrom="margin">
                    <wp:posOffset>857885</wp:posOffset>
                  </wp:positionH>
                  <wp:positionV relativeFrom="margin">
                    <wp:posOffset>17145</wp:posOffset>
                  </wp:positionV>
                  <wp:extent cx="522605" cy="752475"/>
                  <wp:effectExtent l="0" t="0" r="0" b="9525"/>
                  <wp:wrapNone/>
                  <wp:docPr id="2" name="Kép 2" descr="C:\Users\Legion\AppData\Local\Microsoft\Windows\INetCache\Content.Word\josas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Legion\AppData\Local\Microsoft\Windows\INetCache\Content.Word\josas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2605" cy="752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0A2F48" w:rsidRDefault="000A2F48">
            <w:pPr>
              <w:jc w:val="center"/>
              <w:rPr>
                <w:rFonts w:ascii="Trebuchet MS" w:hAnsi="Trebuchet MS"/>
                <w:b/>
                <w:sz w:val="17"/>
              </w:rPr>
            </w:pPr>
          </w:p>
          <w:p w:rsidR="000A2F48" w:rsidRDefault="000A2F48">
            <w:pPr>
              <w:jc w:val="center"/>
              <w:rPr>
                <w:rFonts w:ascii="Trebuchet MS" w:hAnsi="Trebuchet MS"/>
                <w:b/>
                <w:sz w:val="17"/>
              </w:rPr>
            </w:pPr>
          </w:p>
          <w:p w:rsidR="008B2CDD" w:rsidRPr="000A2F48" w:rsidRDefault="000A2F48">
            <w:pPr>
              <w:jc w:val="center"/>
              <w:rPr>
                <w:rFonts w:ascii="Trebuchet MS" w:hAnsi="Trebuchet MS"/>
              </w:rPr>
            </w:pPr>
            <w:r w:rsidRPr="000A2F48">
              <w:rPr>
                <w:rFonts w:ascii="Trebuchet MS" w:hAnsi="Trebuchet MS"/>
                <w:b/>
                <w:sz w:val="17"/>
              </w:rPr>
              <w:t xml:space="preserve">F_A_09 - </w:t>
            </w:r>
            <w:proofErr w:type="spellStart"/>
            <w:r w:rsidRPr="000A2F48">
              <w:rPr>
                <w:rFonts w:ascii="Trebuchet MS" w:hAnsi="Trebuchet MS"/>
                <w:b/>
                <w:sz w:val="17"/>
              </w:rPr>
              <w:t>versiunea</w:t>
            </w:r>
            <w:proofErr w:type="spellEnd"/>
            <w:r w:rsidRPr="000A2F48">
              <w:rPr>
                <w:rFonts w:ascii="Trebuchet MS" w:hAnsi="Trebuchet MS"/>
                <w:b/>
                <w:sz w:val="17"/>
              </w:rPr>
              <w:t xml:space="preserve"> 1.0</w:t>
            </w:r>
          </w:p>
        </w:tc>
        <w:tc>
          <w:tcPr>
            <w:tcW w:w="3648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:rsidR="008B2CDD" w:rsidRPr="000A2F48" w:rsidRDefault="000A2F48">
            <w:pPr>
              <w:rPr>
                <w:rFonts w:ascii="Trebuchet MS" w:hAnsi="Trebuchet MS"/>
              </w:rPr>
            </w:pPr>
            <w:r w:rsidRPr="000A2F48">
              <w:rPr>
                <w:rFonts w:ascii="Trebuchet MS" w:hAnsi="Trebuchet MS"/>
                <w:i/>
                <w:sz w:val="16"/>
              </w:rPr>
              <w:t>Număr de înregistrare: .....................</w:t>
            </w:r>
            <w:r w:rsidRPr="000A2F48">
              <w:rPr>
                <w:rFonts w:ascii="Trebuchet MS" w:hAnsi="Trebuchet MS"/>
                <w:i/>
                <w:sz w:val="16"/>
              </w:rPr>
              <w:br/>
              <w:t>Data: ...................................................</w:t>
            </w:r>
            <w:r w:rsidRPr="000A2F48">
              <w:rPr>
                <w:rFonts w:ascii="Trebuchet MS" w:hAnsi="Trebuchet MS"/>
                <w:i/>
                <w:sz w:val="16"/>
              </w:rPr>
              <w:br/>
              <w:t>(se completează de autoritate)</w:t>
            </w:r>
          </w:p>
        </w:tc>
      </w:tr>
      <w:tr w:rsidR="008B2CDD" w:rsidRPr="000A2F48">
        <w:trPr>
          <w:jc w:val="center"/>
        </w:trPr>
        <w:tc>
          <w:tcPr>
            <w:tcW w:w="10944" w:type="dxa"/>
            <w:gridSpan w:val="3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8B2CDD" w:rsidRPr="000A2F48" w:rsidRDefault="000A2F48">
            <w:pPr>
              <w:jc w:val="center"/>
              <w:rPr>
                <w:rFonts w:ascii="Trebuchet MS" w:hAnsi="Trebuchet MS"/>
              </w:rPr>
            </w:pPr>
            <w:r w:rsidRPr="000A2F48">
              <w:rPr>
                <w:rFonts w:ascii="Trebuchet MS" w:hAnsi="Trebuchet MS"/>
                <w:b/>
                <w:sz w:val="21"/>
              </w:rPr>
              <w:t>ÎNȘTIINȚARE PRIVIND ÎNCEPEREA EXECUȚIEI LUCRĂRILOR (CĂTRE I.S.C.)</w:t>
            </w:r>
          </w:p>
        </w:tc>
      </w:tr>
    </w:tbl>
    <w:p w:rsidR="008B2CDD" w:rsidRPr="000A2F48" w:rsidRDefault="008B2CDD">
      <w:pPr>
        <w:spacing w:after="80"/>
        <w:rPr>
          <w:rFonts w:ascii="Trebuchet MS" w:hAnsi="Trebuchet MS"/>
        </w:rPr>
      </w:pPr>
    </w:p>
    <w:p w:rsidR="008B2CDD" w:rsidRPr="000A2F48" w:rsidRDefault="000A2F48">
      <w:pPr>
        <w:rPr>
          <w:rFonts w:ascii="Trebuchet MS" w:hAnsi="Trebuchet MS"/>
        </w:rPr>
      </w:pPr>
      <w:r w:rsidRPr="000A2F48">
        <w:rPr>
          <w:rFonts w:ascii="Trebuchet MS" w:hAnsi="Trebuchet MS"/>
          <w:b/>
        </w:rPr>
        <w:t>1. CĂTRE Conducerea Inspectoratului Teritorial în Con</w:t>
      </w:r>
      <w:r w:rsidRPr="000A2F48">
        <w:rPr>
          <w:rFonts w:ascii="Trebuchet MS" w:hAnsi="Trebuchet MS"/>
          <w:b/>
        </w:rPr>
        <w:t>strucții</w:t>
      </w:r>
      <w:r w:rsidRPr="000A2F48">
        <w:rPr>
          <w:rFonts w:ascii="Trebuchet MS" w:hAnsi="Trebuchet MS"/>
          <w:b/>
        </w:rPr>
        <w:br/>
      </w:r>
    </w:p>
    <w:p w:rsidR="008B2CDD" w:rsidRPr="000A2F48" w:rsidRDefault="000A2F48">
      <w:pPr>
        <w:rPr>
          <w:rFonts w:ascii="Trebuchet MS" w:hAnsi="Trebuchet MS"/>
        </w:rPr>
      </w:pPr>
      <w:r w:rsidRPr="000A2F48">
        <w:rPr>
          <w:rFonts w:ascii="Trebuchet MS" w:hAnsi="Trebuchet MS"/>
          <w:b/>
        </w:rPr>
        <w:t>2. SOLICITANTUL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466"/>
        <w:gridCol w:w="5468"/>
      </w:tblGrid>
      <w:tr w:rsidR="008B2CDD" w:rsidRPr="000A2F48">
        <w:trPr>
          <w:jc w:val="center"/>
        </w:trPr>
        <w:tc>
          <w:tcPr>
            <w:tcW w:w="547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30" w:type="dxa"/>
              <w:left w:w="50" w:type="dxa"/>
              <w:bottom w:w="30" w:type="dxa"/>
              <w:right w:w="50" w:type="dxa"/>
            </w:tcMar>
          </w:tcPr>
          <w:p w:rsidR="008B2CDD" w:rsidRPr="000A2F48" w:rsidRDefault="000A2F48">
            <w:pPr>
              <w:rPr>
                <w:rFonts w:ascii="Trebuchet MS" w:hAnsi="Trebuchet MS"/>
              </w:rPr>
            </w:pPr>
            <w:r w:rsidRPr="000A2F48">
              <w:rPr>
                <w:rFonts w:ascii="Trebuchet MS" w:hAnsi="Trebuchet MS"/>
                <w:sz w:val="17"/>
              </w:rPr>
              <w:t xml:space="preserve">Nume și prenume: </w:t>
            </w:r>
          </w:p>
        </w:tc>
        <w:tc>
          <w:tcPr>
            <w:tcW w:w="547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30" w:type="dxa"/>
              <w:left w:w="50" w:type="dxa"/>
              <w:bottom w:w="30" w:type="dxa"/>
              <w:right w:w="50" w:type="dxa"/>
            </w:tcMar>
          </w:tcPr>
          <w:p w:rsidR="008B2CDD" w:rsidRPr="000A2F48" w:rsidRDefault="000A2F48">
            <w:pPr>
              <w:rPr>
                <w:rFonts w:ascii="Trebuchet MS" w:hAnsi="Trebuchet MS"/>
              </w:rPr>
            </w:pPr>
            <w:r w:rsidRPr="000A2F48">
              <w:rPr>
                <w:rFonts w:ascii="Trebuchet MS" w:hAnsi="Trebuchet MS"/>
                <w:sz w:val="17"/>
              </w:rPr>
              <w:t xml:space="preserve">CNP: </w:t>
            </w:r>
          </w:p>
        </w:tc>
      </w:tr>
      <w:tr w:rsidR="008B2CDD" w:rsidRPr="000A2F48">
        <w:trPr>
          <w:jc w:val="center"/>
        </w:trPr>
        <w:tc>
          <w:tcPr>
            <w:tcW w:w="547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30" w:type="dxa"/>
              <w:left w:w="50" w:type="dxa"/>
              <w:bottom w:w="30" w:type="dxa"/>
              <w:right w:w="50" w:type="dxa"/>
            </w:tcMar>
          </w:tcPr>
          <w:p w:rsidR="008B2CDD" w:rsidRPr="000A2F48" w:rsidRDefault="000A2F48">
            <w:pPr>
              <w:rPr>
                <w:rFonts w:ascii="Trebuchet MS" w:hAnsi="Trebuchet MS"/>
              </w:rPr>
            </w:pPr>
            <w:r w:rsidRPr="000A2F48">
              <w:rPr>
                <w:rFonts w:ascii="Trebuchet MS" w:hAnsi="Trebuchet MS"/>
                <w:sz w:val="17"/>
              </w:rPr>
              <w:t>Act de identitate: Seria ....... Nr. ............</w:t>
            </w:r>
            <w:r w:rsidRPr="000A2F48">
              <w:rPr>
                <w:rFonts w:ascii="Trebuchet MS" w:hAnsi="Trebuchet MS"/>
                <w:sz w:val="17"/>
              </w:rPr>
              <w:br/>
              <w:t>Eliberat de: ................... La data: .........</w:t>
            </w:r>
          </w:p>
        </w:tc>
        <w:tc>
          <w:tcPr>
            <w:tcW w:w="547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30" w:type="dxa"/>
              <w:left w:w="50" w:type="dxa"/>
              <w:bottom w:w="30" w:type="dxa"/>
              <w:right w:w="50" w:type="dxa"/>
            </w:tcMar>
          </w:tcPr>
          <w:p w:rsidR="008B2CDD" w:rsidRPr="000A2F48" w:rsidRDefault="000A2F48">
            <w:pPr>
              <w:rPr>
                <w:rFonts w:ascii="Trebuchet MS" w:hAnsi="Trebuchet MS"/>
              </w:rPr>
            </w:pPr>
            <w:r w:rsidRPr="000A2F48">
              <w:rPr>
                <w:rFonts w:ascii="Trebuchet MS" w:hAnsi="Trebuchet MS"/>
                <w:sz w:val="17"/>
              </w:rPr>
              <w:t>Domiciliul: Județul ........................................</w:t>
            </w:r>
            <w:r w:rsidRPr="000A2F48">
              <w:rPr>
                <w:rFonts w:ascii="Trebuchet MS" w:hAnsi="Trebuchet MS"/>
                <w:sz w:val="17"/>
              </w:rPr>
              <w:br/>
              <w:t xml:space="preserve">Municipiul/orașul/comuna: </w:t>
            </w:r>
            <w:r w:rsidRPr="000A2F48">
              <w:rPr>
                <w:rFonts w:ascii="Trebuchet MS" w:hAnsi="Trebuchet MS"/>
                <w:sz w:val="17"/>
              </w:rPr>
              <w:t>...........................</w:t>
            </w:r>
            <w:r w:rsidRPr="000A2F48">
              <w:rPr>
                <w:rFonts w:ascii="Trebuchet MS" w:hAnsi="Trebuchet MS"/>
                <w:sz w:val="17"/>
              </w:rPr>
              <w:br/>
              <w:t>Sat/sector: .................... Str. ............................</w:t>
            </w:r>
            <w:r w:rsidRPr="000A2F48">
              <w:rPr>
                <w:rFonts w:ascii="Trebuchet MS" w:hAnsi="Trebuchet MS"/>
                <w:sz w:val="17"/>
              </w:rPr>
              <w:br/>
              <w:t>Nr. .... Sc. .... Et. .... Ap. .... Cod poștal ..........</w:t>
            </w:r>
          </w:p>
        </w:tc>
      </w:tr>
      <w:tr w:rsidR="008B2CDD" w:rsidRPr="000A2F48">
        <w:trPr>
          <w:jc w:val="center"/>
        </w:trPr>
        <w:tc>
          <w:tcPr>
            <w:tcW w:w="547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30" w:type="dxa"/>
              <w:left w:w="50" w:type="dxa"/>
              <w:bottom w:w="30" w:type="dxa"/>
              <w:right w:w="50" w:type="dxa"/>
            </w:tcMar>
          </w:tcPr>
          <w:p w:rsidR="008B2CDD" w:rsidRPr="000A2F48" w:rsidRDefault="000A2F48">
            <w:pPr>
              <w:rPr>
                <w:rFonts w:ascii="Trebuchet MS" w:hAnsi="Trebuchet MS"/>
              </w:rPr>
            </w:pPr>
            <w:r w:rsidRPr="000A2F48">
              <w:rPr>
                <w:rFonts w:ascii="Trebuchet MS" w:hAnsi="Trebuchet MS"/>
                <w:sz w:val="17"/>
              </w:rPr>
              <w:t>Telefon/Fax: .......................................</w:t>
            </w:r>
          </w:p>
        </w:tc>
        <w:tc>
          <w:tcPr>
            <w:tcW w:w="547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30" w:type="dxa"/>
              <w:left w:w="50" w:type="dxa"/>
              <w:bottom w:w="30" w:type="dxa"/>
              <w:right w:w="50" w:type="dxa"/>
            </w:tcMar>
          </w:tcPr>
          <w:p w:rsidR="008B2CDD" w:rsidRPr="000A2F48" w:rsidRDefault="000A2F48">
            <w:pPr>
              <w:rPr>
                <w:rFonts w:ascii="Trebuchet MS" w:hAnsi="Trebuchet MS"/>
              </w:rPr>
            </w:pPr>
            <w:r w:rsidRPr="000A2F48">
              <w:rPr>
                <w:rFonts w:ascii="Trebuchet MS" w:hAnsi="Trebuchet MS"/>
                <w:sz w:val="17"/>
              </w:rPr>
              <w:t>E-mail: .........................................</w:t>
            </w:r>
            <w:r w:rsidRPr="000A2F48">
              <w:rPr>
                <w:rFonts w:ascii="Trebuchet MS" w:hAnsi="Trebuchet MS"/>
                <w:sz w:val="17"/>
              </w:rPr>
              <w:t>...........</w:t>
            </w:r>
          </w:p>
        </w:tc>
      </w:tr>
      <w:tr w:rsidR="008B2CDD" w:rsidRPr="000A2F48">
        <w:trPr>
          <w:jc w:val="center"/>
        </w:trPr>
        <w:tc>
          <w:tcPr>
            <w:tcW w:w="547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30" w:type="dxa"/>
              <w:left w:w="50" w:type="dxa"/>
              <w:bottom w:w="30" w:type="dxa"/>
              <w:right w:w="50" w:type="dxa"/>
            </w:tcMar>
          </w:tcPr>
          <w:p w:rsidR="008B2CDD" w:rsidRPr="000A2F48" w:rsidRDefault="000A2F48">
            <w:pPr>
              <w:rPr>
                <w:rFonts w:ascii="Trebuchet MS" w:hAnsi="Trebuchet MS"/>
              </w:rPr>
            </w:pPr>
            <w:r w:rsidRPr="000A2F48">
              <w:rPr>
                <w:rFonts w:ascii="Trebuchet MS" w:hAnsi="Trebuchet MS"/>
                <w:sz w:val="17"/>
              </w:rPr>
              <w:t>În calitate de reprezentant al: .....................</w:t>
            </w:r>
          </w:p>
        </w:tc>
        <w:tc>
          <w:tcPr>
            <w:tcW w:w="547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30" w:type="dxa"/>
              <w:left w:w="50" w:type="dxa"/>
              <w:bottom w:w="30" w:type="dxa"/>
              <w:right w:w="50" w:type="dxa"/>
            </w:tcMar>
          </w:tcPr>
          <w:p w:rsidR="008B2CDD" w:rsidRPr="000A2F48" w:rsidRDefault="000A2F48">
            <w:pPr>
              <w:rPr>
                <w:rFonts w:ascii="Trebuchet MS" w:hAnsi="Trebuchet MS"/>
              </w:rPr>
            </w:pPr>
            <w:r w:rsidRPr="000A2F48">
              <w:rPr>
                <w:rFonts w:ascii="Trebuchet MS" w:hAnsi="Trebuchet MS"/>
                <w:sz w:val="17"/>
              </w:rPr>
              <w:t>CUI/CIF: ....................................................</w:t>
            </w:r>
          </w:p>
        </w:tc>
      </w:tr>
    </w:tbl>
    <w:p w:rsidR="008B2CDD" w:rsidRPr="000A2F48" w:rsidRDefault="008B2CDD">
      <w:pPr>
        <w:spacing w:after="60"/>
        <w:rPr>
          <w:rFonts w:ascii="Trebuchet MS" w:hAnsi="Trebuchet MS"/>
        </w:rPr>
      </w:pPr>
    </w:p>
    <w:p w:rsidR="008B2CDD" w:rsidRPr="000A2F48" w:rsidRDefault="000A2F48">
      <w:pPr>
        <w:rPr>
          <w:rFonts w:ascii="Trebuchet MS" w:hAnsi="Trebuchet MS"/>
        </w:rPr>
      </w:pPr>
      <w:r w:rsidRPr="000A2F48">
        <w:rPr>
          <w:rFonts w:ascii="Trebuchet MS" w:hAnsi="Trebuchet MS"/>
        </w:rPr>
        <w:t>3. Titular al AC/AD nr. .......... din .......... Valoare autorizată: .......... lei.</w:t>
      </w:r>
      <w:r w:rsidRPr="000A2F48">
        <w:rPr>
          <w:rFonts w:ascii="Trebuchet MS" w:hAnsi="Trebuchet MS"/>
        </w:rPr>
        <w:br/>
        <w:t xml:space="preserve">ADUC LA CUNOȘTINȚĂ începerea execuției </w:t>
      </w:r>
      <w:r w:rsidRPr="000A2F48">
        <w:rPr>
          <w:rFonts w:ascii="Trebuchet MS" w:hAnsi="Trebuchet MS"/>
        </w:rPr>
        <w:t>la data de .................... ora ..........</w:t>
      </w:r>
    </w:p>
    <w:p w:rsidR="008B2CDD" w:rsidRPr="000A2F48" w:rsidRDefault="000A2F48">
      <w:pPr>
        <w:rPr>
          <w:rFonts w:ascii="Trebuchet MS" w:hAnsi="Trebuchet MS"/>
        </w:rPr>
      </w:pPr>
      <w:r w:rsidRPr="000A2F48">
        <w:rPr>
          <w:rFonts w:ascii="Trebuchet MS" w:hAnsi="Trebuchet MS"/>
          <w:b/>
        </w:rPr>
        <w:t>4. IMOBILUL</w:t>
      </w:r>
    </w:p>
    <w:p w:rsidR="008B2CDD" w:rsidRPr="000A2F48" w:rsidRDefault="000A2F48">
      <w:pPr>
        <w:rPr>
          <w:rFonts w:ascii="Trebuchet MS" w:hAnsi="Trebuchet MS"/>
        </w:rPr>
      </w:pPr>
      <w:sdt>
        <w:sdtPr>
          <w:rPr>
            <w:rFonts w:ascii="Trebuchet MS" w:hAnsi="Trebuchet MS"/>
          </w:rPr>
          <w:id w:val="-13548002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0A2F48">
            <w:rPr>
              <w:rFonts w:ascii="Segoe UI Symbol" w:hAnsi="Segoe UI Symbol" w:cs="Segoe UI Symbol"/>
              <w:sz w:val="20"/>
            </w:rPr>
            <w:t>☐</w:t>
          </w:r>
        </w:sdtContent>
      </w:sdt>
      <w:r w:rsidRPr="000A2F48">
        <w:rPr>
          <w:rFonts w:ascii="Trebuchet MS" w:hAnsi="Trebuchet MS"/>
          <w:sz w:val="18"/>
        </w:rPr>
        <w:t xml:space="preserve"> teren</w:t>
      </w:r>
      <w:r w:rsidRPr="000A2F48">
        <w:rPr>
          <w:rFonts w:ascii="Trebuchet MS" w:hAnsi="Trebuchet MS"/>
        </w:rPr>
        <w:t xml:space="preserve">     </w:t>
      </w:r>
      <w:sdt>
        <w:sdtPr>
          <w:rPr>
            <w:rFonts w:ascii="Trebuchet MS" w:hAnsi="Trebuchet MS"/>
          </w:rPr>
          <w:id w:val="956018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0A2F48">
            <w:rPr>
              <w:rFonts w:ascii="Segoe UI Symbol" w:hAnsi="Segoe UI Symbol" w:cs="Segoe UI Symbol"/>
              <w:sz w:val="20"/>
            </w:rPr>
            <w:t>☐</w:t>
          </w:r>
        </w:sdtContent>
      </w:sdt>
      <w:r w:rsidRPr="000A2F48">
        <w:rPr>
          <w:rFonts w:ascii="Trebuchet MS" w:hAnsi="Trebuchet MS"/>
          <w:sz w:val="18"/>
        </w:rPr>
        <w:t xml:space="preserve"> construcții</w:t>
      </w:r>
      <w:r w:rsidRPr="000A2F48">
        <w:rPr>
          <w:rFonts w:ascii="Trebuchet MS" w:hAnsi="Trebuchet MS"/>
        </w:rPr>
        <w:br/>
        <w:t>Județ: ............................. Municipiu/oraș/comună: ............................. Sat/sector: ............................. Cod poștal: ............</w:t>
      </w:r>
      <w:r w:rsidRPr="000A2F48">
        <w:rPr>
          <w:rFonts w:ascii="Trebuchet MS" w:hAnsi="Trebuchet MS"/>
        </w:rPr>
        <w:br/>
        <w:t>Strada: ..</w:t>
      </w:r>
      <w:r w:rsidRPr="000A2F48">
        <w:rPr>
          <w:rFonts w:ascii="Trebuchet MS" w:hAnsi="Trebuchet MS"/>
        </w:rPr>
        <w:t>...................................................................... Nr. ........ Bl. ........ sc. ........ et. ........ ap. ........</w:t>
      </w:r>
      <w:r w:rsidRPr="000A2F48">
        <w:rPr>
          <w:rFonts w:ascii="Trebuchet MS" w:hAnsi="Trebuchet MS"/>
        </w:rPr>
        <w:br/>
        <w:t xml:space="preserve">Suprafața terenului (m²): ........................ Număr cadastral: ........................ Carte funciară nr.: </w:t>
      </w:r>
      <w:bookmarkStart w:id="0" w:name="_GoBack"/>
      <w:r w:rsidRPr="000A2F48">
        <w:rPr>
          <w:rFonts w:ascii="Trebuchet MS" w:hAnsi="Trebuchet MS"/>
        </w:rPr>
        <w:t>.......</w:t>
      </w:r>
      <w:r w:rsidRPr="000A2F48">
        <w:rPr>
          <w:rFonts w:ascii="Trebuchet MS" w:hAnsi="Trebuchet MS"/>
        </w:rPr>
        <w:t>.................</w:t>
      </w:r>
    </w:p>
    <w:bookmarkEnd w:id="0"/>
    <w:p w:rsidR="008B2CDD" w:rsidRPr="000A2F48" w:rsidRDefault="000A2F48">
      <w:pPr>
        <w:rPr>
          <w:rFonts w:ascii="Trebuchet MS" w:hAnsi="Trebuchet MS"/>
        </w:rPr>
      </w:pPr>
      <w:r w:rsidRPr="000A2F48">
        <w:rPr>
          <w:rFonts w:ascii="Trebuchet MS" w:hAnsi="Trebuchet MS"/>
          <w:b/>
        </w:rPr>
        <w:t>5. ANEXEZ: Dovada achitării cotei de 0,1% către ISC conform art. 143 din Legea 169/2026.</w:t>
      </w:r>
      <w:r w:rsidRPr="000A2F48">
        <w:rPr>
          <w:rFonts w:ascii="Trebuchet MS" w:hAnsi="Trebuchet MS"/>
          <w:b/>
        </w:rPr>
        <w:br/>
        <w:t>6. Obiectiv finanțat din programe de investiții (PNRR, PNDL, Anghel Saligny, POR, etc.):</w:t>
      </w:r>
      <w:r w:rsidRPr="000A2F48">
        <w:rPr>
          <w:rFonts w:ascii="Trebuchet MS" w:hAnsi="Trebuchet MS"/>
          <w:b/>
        </w:rPr>
        <w:br/>
      </w:r>
      <w:sdt>
        <w:sdtPr>
          <w:rPr>
            <w:rFonts w:ascii="Trebuchet MS" w:hAnsi="Trebuchet MS"/>
          </w:rPr>
          <w:id w:val="-2616808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0A2F48">
            <w:rPr>
              <w:rFonts w:ascii="Segoe UI Symbol" w:hAnsi="Segoe UI Symbol" w:cs="Segoe UI Symbol"/>
              <w:sz w:val="20"/>
            </w:rPr>
            <w:t>☐</w:t>
          </w:r>
        </w:sdtContent>
      </w:sdt>
      <w:r w:rsidRPr="000A2F48">
        <w:rPr>
          <w:rFonts w:ascii="Trebuchet MS" w:hAnsi="Trebuchet MS"/>
          <w:sz w:val="18"/>
        </w:rPr>
        <w:t xml:space="preserve"> PNRR</w:t>
      </w:r>
      <w:r w:rsidRPr="000A2F48">
        <w:rPr>
          <w:rFonts w:ascii="Trebuchet MS" w:hAnsi="Trebuchet MS"/>
        </w:rPr>
        <w:t xml:space="preserve">  </w:t>
      </w:r>
      <w:sdt>
        <w:sdtPr>
          <w:rPr>
            <w:rFonts w:ascii="Trebuchet MS" w:hAnsi="Trebuchet MS"/>
          </w:rPr>
          <w:id w:val="5075579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0A2F48">
            <w:rPr>
              <w:rFonts w:ascii="Segoe UI Symbol" w:hAnsi="Segoe UI Symbol" w:cs="Segoe UI Symbol"/>
              <w:sz w:val="20"/>
            </w:rPr>
            <w:t>☐</w:t>
          </w:r>
        </w:sdtContent>
      </w:sdt>
      <w:r w:rsidRPr="000A2F48">
        <w:rPr>
          <w:rFonts w:ascii="Trebuchet MS" w:hAnsi="Trebuchet MS"/>
          <w:sz w:val="18"/>
        </w:rPr>
        <w:t xml:space="preserve"> PNDL</w:t>
      </w:r>
      <w:r w:rsidRPr="000A2F48">
        <w:rPr>
          <w:rFonts w:ascii="Trebuchet MS" w:hAnsi="Trebuchet MS"/>
        </w:rPr>
        <w:t xml:space="preserve">  </w:t>
      </w:r>
      <w:sdt>
        <w:sdtPr>
          <w:rPr>
            <w:rFonts w:ascii="Trebuchet MS" w:hAnsi="Trebuchet MS"/>
          </w:rPr>
          <w:id w:val="-211335260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0A2F48">
            <w:rPr>
              <w:rFonts w:ascii="Segoe UI Symbol" w:hAnsi="Segoe UI Symbol" w:cs="Segoe UI Symbol"/>
              <w:sz w:val="20"/>
            </w:rPr>
            <w:t>☐</w:t>
          </w:r>
        </w:sdtContent>
      </w:sdt>
      <w:r w:rsidRPr="000A2F48">
        <w:rPr>
          <w:rFonts w:ascii="Trebuchet MS" w:hAnsi="Trebuchet MS"/>
          <w:sz w:val="18"/>
        </w:rPr>
        <w:t xml:space="preserve"> Anghel Saligny</w:t>
      </w:r>
      <w:r w:rsidRPr="000A2F48">
        <w:rPr>
          <w:rFonts w:ascii="Trebuchet MS" w:hAnsi="Trebuchet MS"/>
        </w:rPr>
        <w:t xml:space="preserve">  </w:t>
      </w:r>
      <w:sdt>
        <w:sdtPr>
          <w:rPr>
            <w:rFonts w:ascii="Trebuchet MS" w:hAnsi="Trebuchet MS"/>
          </w:rPr>
          <w:id w:val="-11499020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0A2F48">
            <w:rPr>
              <w:rFonts w:ascii="Segoe UI Symbol" w:hAnsi="Segoe UI Symbol" w:cs="Segoe UI Symbol"/>
              <w:sz w:val="20"/>
            </w:rPr>
            <w:t>☐</w:t>
          </w:r>
        </w:sdtContent>
      </w:sdt>
      <w:r w:rsidRPr="000A2F48">
        <w:rPr>
          <w:rFonts w:ascii="Trebuchet MS" w:hAnsi="Trebuchet MS"/>
          <w:sz w:val="18"/>
        </w:rPr>
        <w:t xml:space="preserve"> PNDR</w:t>
      </w:r>
      <w:r w:rsidRPr="000A2F48">
        <w:rPr>
          <w:rFonts w:ascii="Trebuchet MS" w:hAnsi="Trebuchet MS"/>
        </w:rPr>
        <w:t xml:space="preserve">  </w:t>
      </w:r>
      <w:sdt>
        <w:sdtPr>
          <w:rPr>
            <w:rFonts w:ascii="Trebuchet MS" w:hAnsi="Trebuchet MS"/>
          </w:rPr>
          <w:id w:val="12146951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0A2F48">
            <w:rPr>
              <w:rFonts w:ascii="Segoe UI Symbol" w:hAnsi="Segoe UI Symbol" w:cs="Segoe UI Symbol"/>
              <w:sz w:val="20"/>
            </w:rPr>
            <w:t>☐</w:t>
          </w:r>
        </w:sdtContent>
      </w:sdt>
      <w:r w:rsidRPr="000A2F48">
        <w:rPr>
          <w:rFonts w:ascii="Trebuchet MS" w:hAnsi="Trebuchet MS"/>
          <w:sz w:val="18"/>
        </w:rPr>
        <w:t xml:space="preserve"> POR</w:t>
      </w:r>
      <w:r w:rsidRPr="000A2F48">
        <w:rPr>
          <w:rFonts w:ascii="Trebuchet MS" w:hAnsi="Trebuchet MS"/>
        </w:rPr>
        <w:t xml:space="preserve">  </w:t>
      </w:r>
      <w:sdt>
        <w:sdtPr>
          <w:rPr>
            <w:rFonts w:ascii="Trebuchet MS" w:hAnsi="Trebuchet MS"/>
          </w:rPr>
          <w:id w:val="-10299433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0A2F48">
            <w:rPr>
              <w:rFonts w:ascii="Segoe UI Symbol" w:hAnsi="Segoe UI Symbol" w:cs="Segoe UI Symbol"/>
              <w:sz w:val="20"/>
            </w:rPr>
            <w:t>☐</w:t>
          </w:r>
        </w:sdtContent>
      </w:sdt>
      <w:r w:rsidRPr="000A2F48">
        <w:rPr>
          <w:rFonts w:ascii="Trebuchet MS" w:hAnsi="Trebuchet MS"/>
          <w:sz w:val="18"/>
        </w:rPr>
        <w:t xml:space="preserve"> POIM</w:t>
      </w:r>
      <w:r w:rsidRPr="000A2F48">
        <w:rPr>
          <w:rFonts w:ascii="Trebuchet MS" w:hAnsi="Trebuchet MS"/>
        </w:rPr>
        <w:t xml:space="preserve">  </w:t>
      </w:r>
      <w:sdt>
        <w:sdtPr>
          <w:rPr>
            <w:rFonts w:ascii="Trebuchet MS" w:hAnsi="Trebuchet MS"/>
          </w:rPr>
          <w:id w:val="-12548995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0A2F48">
            <w:rPr>
              <w:rFonts w:ascii="Segoe UI Symbol" w:hAnsi="Segoe UI Symbol" w:cs="Segoe UI Symbol"/>
              <w:sz w:val="20"/>
            </w:rPr>
            <w:t>☐</w:t>
          </w:r>
        </w:sdtContent>
      </w:sdt>
      <w:r w:rsidRPr="000A2F48">
        <w:rPr>
          <w:rFonts w:ascii="Trebuchet MS" w:hAnsi="Trebuchet MS"/>
          <w:sz w:val="18"/>
        </w:rPr>
        <w:t xml:space="preserve"> Risc seismic (PN CCRSR)</w:t>
      </w:r>
      <w:r w:rsidRPr="000A2F48">
        <w:rPr>
          <w:rFonts w:ascii="Trebuchet MS" w:hAnsi="Trebuchet MS"/>
        </w:rPr>
        <w:t xml:space="preserve">  </w:t>
      </w:r>
      <w:sdt>
        <w:sdtPr>
          <w:rPr>
            <w:rFonts w:ascii="Trebuchet MS" w:hAnsi="Trebuchet MS"/>
          </w:rPr>
          <w:id w:val="119557123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0A2F48">
            <w:rPr>
              <w:rFonts w:ascii="Segoe UI Symbol" w:hAnsi="Segoe UI Symbol" w:cs="Segoe UI Symbol"/>
              <w:sz w:val="20"/>
            </w:rPr>
            <w:t>☐</w:t>
          </w:r>
        </w:sdtContent>
      </w:sdt>
      <w:r w:rsidRPr="000A2F48">
        <w:rPr>
          <w:rFonts w:ascii="Trebuchet MS" w:hAnsi="Trebuchet MS"/>
          <w:sz w:val="18"/>
        </w:rPr>
        <w:t xml:space="preserve"> Locuințe sociale</w:t>
      </w:r>
      <w:r w:rsidRPr="000A2F48">
        <w:rPr>
          <w:rFonts w:ascii="Trebuchet MS" w:hAnsi="Trebuchet MS"/>
        </w:rPr>
        <w:t xml:space="preserve">  </w:t>
      </w:r>
      <w:sdt>
        <w:sdtPr>
          <w:rPr>
            <w:rFonts w:ascii="Trebuchet MS" w:hAnsi="Trebuchet MS"/>
          </w:rPr>
          <w:id w:val="17755161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0A2F48">
            <w:rPr>
              <w:rFonts w:ascii="Segoe UI Symbol" w:hAnsi="Segoe UI Symbol" w:cs="Segoe UI Symbol"/>
              <w:sz w:val="20"/>
            </w:rPr>
            <w:t>☐</w:t>
          </w:r>
        </w:sdtContent>
      </w:sdt>
      <w:r w:rsidRPr="000A2F48">
        <w:rPr>
          <w:rFonts w:ascii="Trebuchet MS" w:hAnsi="Trebuchet MS"/>
          <w:sz w:val="18"/>
        </w:rPr>
        <w:t xml:space="preserve"> Eficiență energetică</w:t>
      </w:r>
      <w:r w:rsidRPr="000A2F48">
        <w:rPr>
          <w:rFonts w:ascii="Trebuchet MS" w:hAnsi="Trebuchet MS"/>
        </w:rPr>
        <w:t xml:space="preserve">  </w:t>
      </w:r>
      <w:sdt>
        <w:sdtPr>
          <w:rPr>
            <w:rFonts w:ascii="Trebuchet MS" w:hAnsi="Trebuchet MS"/>
          </w:rPr>
          <w:id w:val="19306945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0A2F48">
            <w:rPr>
              <w:rFonts w:ascii="Segoe UI Symbol" w:hAnsi="Segoe UI Symbol" w:cs="Segoe UI Symbol"/>
              <w:sz w:val="20"/>
            </w:rPr>
            <w:t>☐</w:t>
          </w:r>
        </w:sdtContent>
      </w:sdt>
      <w:r w:rsidRPr="000A2F48">
        <w:rPr>
          <w:rFonts w:ascii="Trebuchet MS" w:hAnsi="Trebuchet MS"/>
          <w:sz w:val="18"/>
        </w:rPr>
        <w:t xml:space="preserve"> CNI</w:t>
      </w:r>
      <w:r w:rsidRPr="000A2F48">
        <w:rPr>
          <w:rFonts w:ascii="Trebuchet MS" w:hAnsi="Trebuchet MS"/>
        </w:rPr>
        <w:t xml:space="preserve">  </w:t>
      </w:r>
      <w:sdt>
        <w:sdtPr>
          <w:rPr>
            <w:rFonts w:ascii="Trebuchet MS" w:hAnsi="Trebuchet MS"/>
          </w:rPr>
          <w:id w:val="-17979006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0A2F48">
            <w:rPr>
              <w:rFonts w:ascii="Segoe UI Symbol" w:hAnsi="Segoe UI Symbol" w:cs="Segoe UI Symbol"/>
              <w:sz w:val="20"/>
            </w:rPr>
            <w:t>☐</w:t>
          </w:r>
        </w:sdtContent>
      </w:sdt>
      <w:r w:rsidRPr="000A2F48">
        <w:rPr>
          <w:rFonts w:ascii="Trebuchet MS" w:hAnsi="Trebuchet MS"/>
          <w:sz w:val="18"/>
        </w:rPr>
        <w:t xml:space="preserve"> ANL</w:t>
      </w:r>
      <w:r w:rsidRPr="000A2F48">
        <w:rPr>
          <w:rFonts w:ascii="Trebuchet MS" w:hAnsi="Trebuchet MS"/>
        </w:rPr>
        <w:t xml:space="preserve">  </w:t>
      </w:r>
      <w:sdt>
        <w:sdtPr>
          <w:rPr>
            <w:rFonts w:ascii="Trebuchet MS" w:hAnsi="Trebuchet MS"/>
          </w:rPr>
          <w:id w:val="-18884833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0A2F48">
            <w:rPr>
              <w:rFonts w:ascii="Segoe UI Symbol" w:hAnsi="Segoe UI Symbol" w:cs="Segoe UI Symbol"/>
              <w:sz w:val="20"/>
            </w:rPr>
            <w:t>☐</w:t>
          </w:r>
        </w:sdtContent>
      </w:sdt>
      <w:r w:rsidRPr="000A2F48">
        <w:rPr>
          <w:rFonts w:ascii="Trebuchet MS" w:hAnsi="Trebuchet MS"/>
          <w:sz w:val="18"/>
        </w:rPr>
        <w:t xml:space="preserve"> CNAIR</w:t>
      </w:r>
      <w:r w:rsidRPr="000A2F48">
        <w:rPr>
          <w:rFonts w:ascii="Trebuchet MS" w:hAnsi="Trebuchet MS"/>
        </w:rPr>
        <w:t xml:space="preserve">  </w:t>
      </w:r>
    </w:p>
    <w:p w:rsidR="008B2CDD" w:rsidRPr="000A2F48" w:rsidRDefault="000A2F48">
      <w:pPr>
        <w:rPr>
          <w:rFonts w:ascii="Trebuchet MS" w:hAnsi="Trebuchet MS"/>
        </w:rPr>
      </w:pPr>
      <w:r w:rsidRPr="000A2F48">
        <w:rPr>
          <w:rFonts w:ascii="Trebuchet MS" w:hAnsi="Trebuchet MS"/>
          <w:b/>
        </w:rPr>
        <w:t>7. DATA ȘI SEMNĂTURA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467"/>
        <w:gridCol w:w="5467"/>
      </w:tblGrid>
      <w:tr w:rsidR="008B2CDD" w:rsidRPr="000A2F48">
        <w:trPr>
          <w:jc w:val="center"/>
        </w:trPr>
        <w:tc>
          <w:tcPr>
            <w:tcW w:w="547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:rsidR="008B2CDD" w:rsidRPr="000A2F48" w:rsidRDefault="000A2F48">
            <w:pPr>
              <w:rPr>
                <w:rFonts w:ascii="Trebuchet MS" w:hAnsi="Trebuchet MS"/>
              </w:rPr>
            </w:pPr>
            <w:r w:rsidRPr="000A2F48">
              <w:rPr>
                <w:rFonts w:ascii="Trebuchet MS" w:hAnsi="Trebuchet MS"/>
                <w:sz w:val="18"/>
              </w:rPr>
              <w:t>Data: ........................................</w:t>
            </w:r>
          </w:p>
        </w:tc>
        <w:tc>
          <w:tcPr>
            <w:tcW w:w="547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:rsidR="008B2CDD" w:rsidRPr="000A2F48" w:rsidRDefault="000A2F48">
            <w:pPr>
              <w:rPr>
                <w:rFonts w:ascii="Trebuchet MS" w:hAnsi="Trebuchet MS"/>
              </w:rPr>
            </w:pPr>
            <w:r w:rsidRPr="000A2F48">
              <w:rPr>
                <w:rFonts w:ascii="Trebuchet MS" w:hAnsi="Trebuchet MS"/>
                <w:sz w:val="18"/>
              </w:rPr>
              <w:t>Titularul autorizației: ........................................</w:t>
            </w:r>
            <w:r w:rsidRPr="000A2F48">
              <w:rPr>
                <w:rFonts w:ascii="Trebuchet MS" w:hAnsi="Trebuchet MS"/>
                <w:sz w:val="18"/>
              </w:rPr>
              <w:br/>
            </w:r>
            <w:r w:rsidRPr="000A2F48">
              <w:rPr>
                <w:rFonts w:ascii="Trebuchet MS" w:hAnsi="Trebuchet MS"/>
                <w:sz w:val="18"/>
              </w:rPr>
              <w:t>Semnătura: ........................................</w:t>
            </w:r>
          </w:p>
        </w:tc>
      </w:tr>
    </w:tbl>
    <w:p w:rsidR="008B2CDD" w:rsidRPr="000A2F48" w:rsidRDefault="008B2CDD">
      <w:pPr>
        <w:spacing w:after="80"/>
        <w:rPr>
          <w:rFonts w:ascii="Trebuchet MS" w:hAnsi="Trebuchet MS"/>
        </w:rPr>
      </w:pPr>
    </w:p>
    <w:sectPr w:rsidR="008B2CDD" w:rsidRPr="000A2F48" w:rsidSect="00034616">
      <w:pgSz w:w="12240" w:h="15840"/>
      <w:pgMar w:top="576" w:right="648" w:bottom="576" w:left="64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60409020205020404"/>
    <w:charset w:val="00"/>
    <w:family w:val="modern"/>
    <w:pitch w:val="fixed"/>
    <w:sig w:usb0="00000003" w:usb1="00000000" w:usb2="00000000" w:usb3="00000000" w:csb0="00000001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zmozottlist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zmozottlist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Felsorol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Felsorol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zmozottlist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Felsorol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0A2F48"/>
    <w:rsid w:val="000D5B79"/>
    <w:rsid w:val="0015074B"/>
    <w:rsid w:val="0029639D"/>
    <w:rsid w:val="00326F90"/>
    <w:rsid w:val="008B2CDD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B5E2876"/>
  <w14:defaultImageDpi w14:val="300"/>
  <w15:docId w15:val="{76626955-67CA-4323-B8D5-DB718C8C4E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FC693F"/>
  </w:style>
  <w:style w:type="paragraph" w:styleId="Cmsor1">
    <w:name w:val="heading 1"/>
    <w:basedOn w:val="Norml"/>
    <w:next w:val="Norml"/>
    <w:link w:val="Cmsor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E618BF"/>
  </w:style>
  <w:style w:type="paragraph" w:styleId="llb">
    <w:name w:val="footer"/>
    <w:basedOn w:val="Norml"/>
    <w:link w:val="llb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E618BF"/>
  </w:style>
  <w:style w:type="paragraph" w:styleId="Nincstrkz">
    <w:name w:val="No Spacing"/>
    <w:uiPriority w:val="1"/>
    <w:qFormat/>
    <w:rsid w:val="00FC693F"/>
    <w:pPr>
      <w:spacing w:after="0" w:line="240" w:lineRule="auto"/>
    </w:pPr>
  </w:style>
  <w:style w:type="character" w:customStyle="1" w:styleId="Cmsor1Char">
    <w:name w:val="Címsor 1 Char"/>
    <w:basedOn w:val="Bekezdsalapbettpusa"/>
    <w:link w:val="Cmsor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Cmsor2Char">
    <w:name w:val="Címsor 2 Char"/>
    <w:basedOn w:val="Bekezdsalapbettpusa"/>
    <w:link w:val="Cmsor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Cmsor3Char">
    <w:name w:val="Címsor 3 Char"/>
    <w:basedOn w:val="Bekezdsalapbettpusa"/>
    <w:link w:val="Cmsor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Cm">
    <w:name w:val="Title"/>
    <w:basedOn w:val="Norml"/>
    <w:next w:val="Norml"/>
    <w:link w:val="Cm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mChar">
    <w:name w:val="Cím Char"/>
    <w:basedOn w:val="Bekezdsalapbettpusa"/>
    <w:link w:val="Cm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cm">
    <w:name w:val="Subtitle"/>
    <w:basedOn w:val="Norml"/>
    <w:next w:val="Norml"/>
    <w:link w:val="Alcm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cmChar">
    <w:name w:val="Alcím Char"/>
    <w:basedOn w:val="Bekezdsalapbettpusa"/>
    <w:link w:val="Alcm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aszerbekezds">
    <w:name w:val="List Paragraph"/>
    <w:basedOn w:val="Norml"/>
    <w:uiPriority w:val="34"/>
    <w:qFormat/>
    <w:rsid w:val="00FC693F"/>
    <w:pPr>
      <w:ind w:left="720"/>
      <w:contextualSpacing/>
    </w:pPr>
  </w:style>
  <w:style w:type="paragraph" w:styleId="Szvegtrzs">
    <w:name w:val="Body Text"/>
    <w:basedOn w:val="Norml"/>
    <w:link w:val="SzvegtrzsChar"/>
    <w:uiPriority w:val="99"/>
    <w:unhideWhenUsed/>
    <w:rsid w:val="00AA1D8D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rsid w:val="00AA1D8D"/>
  </w:style>
  <w:style w:type="paragraph" w:styleId="Szvegtrzs2">
    <w:name w:val="Body Text 2"/>
    <w:basedOn w:val="Norml"/>
    <w:link w:val="Szvegtrzs2Char"/>
    <w:uiPriority w:val="99"/>
    <w:unhideWhenUsed/>
    <w:rsid w:val="00AA1D8D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rsid w:val="00AA1D8D"/>
  </w:style>
  <w:style w:type="paragraph" w:styleId="Szvegtrzs3">
    <w:name w:val="Body Text 3"/>
    <w:basedOn w:val="Norml"/>
    <w:link w:val="Szvegtrzs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uiPriority w:val="99"/>
    <w:rsid w:val="00AA1D8D"/>
    <w:rPr>
      <w:sz w:val="16"/>
      <w:szCs w:val="16"/>
    </w:rPr>
  </w:style>
  <w:style w:type="paragraph" w:styleId="Lista">
    <w:name w:val="List"/>
    <w:basedOn w:val="Norm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l"/>
    <w:uiPriority w:val="99"/>
    <w:unhideWhenUsed/>
    <w:rsid w:val="00326F90"/>
    <w:pPr>
      <w:ind w:left="1080" w:hanging="360"/>
      <w:contextualSpacing/>
    </w:pPr>
  </w:style>
  <w:style w:type="paragraph" w:styleId="Felsorols">
    <w:name w:val="List Bullet"/>
    <w:basedOn w:val="Norml"/>
    <w:uiPriority w:val="99"/>
    <w:unhideWhenUsed/>
    <w:rsid w:val="00326F90"/>
    <w:pPr>
      <w:numPr>
        <w:numId w:val="1"/>
      </w:numPr>
      <w:contextualSpacing/>
    </w:pPr>
  </w:style>
  <w:style w:type="paragraph" w:styleId="Felsorols2">
    <w:name w:val="List Bullet 2"/>
    <w:basedOn w:val="Norml"/>
    <w:uiPriority w:val="99"/>
    <w:unhideWhenUsed/>
    <w:rsid w:val="00326F90"/>
    <w:pPr>
      <w:numPr>
        <w:numId w:val="2"/>
      </w:numPr>
      <w:contextualSpacing/>
    </w:pPr>
  </w:style>
  <w:style w:type="paragraph" w:styleId="Felsorols3">
    <w:name w:val="List Bullet 3"/>
    <w:basedOn w:val="Norml"/>
    <w:uiPriority w:val="99"/>
    <w:unhideWhenUsed/>
    <w:rsid w:val="00326F90"/>
    <w:pPr>
      <w:numPr>
        <w:numId w:val="3"/>
      </w:numPr>
      <w:contextualSpacing/>
    </w:pPr>
  </w:style>
  <w:style w:type="paragraph" w:styleId="Szmozottlista">
    <w:name w:val="List Number"/>
    <w:basedOn w:val="Norml"/>
    <w:uiPriority w:val="99"/>
    <w:unhideWhenUsed/>
    <w:rsid w:val="00326F90"/>
    <w:pPr>
      <w:numPr>
        <w:numId w:val="5"/>
      </w:numPr>
      <w:contextualSpacing/>
    </w:pPr>
  </w:style>
  <w:style w:type="paragraph" w:styleId="Szmozottlista2">
    <w:name w:val="List Number 2"/>
    <w:basedOn w:val="Norml"/>
    <w:uiPriority w:val="99"/>
    <w:unhideWhenUsed/>
    <w:rsid w:val="0029639D"/>
    <w:pPr>
      <w:numPr>
        <w:numId w:val="6"/>
      </w:numPr>
      <w:contextualSpacing/>
    </w:pPr>
  </w:style>
  <w:style w:type="paragraph" w:styleId="Szmozottlista3">
    <w:name w:val="List Number 3"/>
    <w:basedOn w:val="Norml"/>
    <w:uiPriority w:val="99"/>
    <w:unhideWhenUsed/>
    <w:rsid w:val="0029639D"/>
    <w:pPr>
      <w:numPr>
        <w:numId w:val="7"/>
      </w:numPr>
      <w:contextualSpacing/>
    </w:pPr>
  </w:style>
  <w:style w:type="paragraph" w:styleId="Listafolytatsa">
    <w:name w:val="List Continue"/>
    <w:basedOn w:val="Norml"/>
    <w:uiPriority w:val="99"/>
    <w:unhideWhenUsed/>
    <w:rsid w:val="0029639D"/>
    <w:pPr>
      <w:spacing w:after="120"/>
      <w:ind w:left="360"/>
      <w:contextualSpacing/>
    </w:pPr>
  </w:style>
  <w:style w:type="paragraph" w:styleId="Listafolytatsa2">
    <w:name w:val="List Continue 2"/>
    <w:basedOn w:val="Norml"/>
    <w:uiPriority w:val="99"/>
    <w:unhideWhenUsed/>
    <w:rsid w:val="0029639D"/>
    <w:pPr>
      <w:spacing w:after="120"/>
      <w:ind w:left="720"/>
      <w:contextualSpacing/>
    </w:pPr>
  </w:style>
  <w:style w:type="paragraph" w:styleId="Listafolytatsa3">
    <w:name w:val="List Continue 3"/>
    <w:basedOn w:val="Norml"/>
    <w:uiPriority w:val="99"/>
    <w:unhideWhenUsed/>
    <w:rsid w:val="0029639D"/>
    <w:pPr>
      <w:spacing w:after="120"/>
      <w:ind w:left="1080"/>
      <w:contextualSpacing/>
    </w:pPr>
  </w:style>
  <w:style w:type="paragraph" w:styleId="Makrszvege">
    <w:name w:val="macro"/>
    <w:link w:val="Makrszveg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szvegeChar">
    <w:name w:val="Makró szövege Char"/>
    <w:basedOn w:val="Bekezdsalapbettpusa"/>
    <w:link w:val="Makrszvege"/>
    <w:uiPriority w:val="99"/>
    <w:rsid w:val="0029639D"/>
    <w:rPr>
      <w:rFonts w:ascii="Courier" w:hAnsi="Courier"/>
      <w:sz w:val="20"/>
      <w:szCs w:val="20"/>
    </w:rPr>
  </w:style>
  <w:style w:type="paragraph" w:styleId="Idzet">
    <w:name w:val="Quote"/>
    <w:basedOn w:val="Norml"/>
    <w:next w:val="Norml"/>
    <w:link w:val="IdzetChar"/>
    <w:uiPriority w:val="29"/>
    <w:qFormat/>
    <w:rsid w:val="00FC693F"/>
    <w:rPr>
      <w:i/>
      <w:iCs/>
      <w:color w:val="000000" w:themeColor="text1"/>
    </w:rPr>
  </w:style>
  <w:style w:type="character" w:customStyle="1" w:styleId="IdzetChar">
    <w:name w:val="Idézet Char"/>
    <w:basedOn w:val="Bekezdsalapbettpusa"/>
    <w:link w:val="Idzet"/>
    <w:uiPriority w:val="29"/>
    <w:rsid w:val="00FC693F"/>
    <w:rPr>
      <w:i/>
      <w:iCs/>
      <w:color w:val="000000" w:themeColor="text1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Kpalrs">
    <w:name w:val="caption"/>
    <w:basedOn w:val="Norml"/>
    <w:next w:val="Norm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Kiemels2">
    <w:name w:val="Strong"/>
    <w:basedOn w:val="Bekezdsalapbettpusa"/>
    <w:uiPriority w:val="22"/>
    <w:qFormat/>
    <w:rsid w:val="00FC693F"/>
    <w:rPr>
      <w:b/>
      <w:bCs/>
    </w:rPr>
  </w:style>
  <w:style w:type="character" w:styleId="Kiemels">
    <w:name w:val="Emphasis"/>
    <w:basedOn w:val="Bekezdsalapbettpusa"/>
    <w:uiPriority w:val="20"/>
    <w:qFormat/>
    <w:rsid w:val="00FC693F"/>
    <w:rPr>
      <w:i/>
      <w:iCs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FC693F"/>
    <w:rPr>
      <w:b/>
      <w:bCs/>
      <w:i/>
      <w:iCs/>
      <w:color w:val="4F81BD" w:themeColor="accent1"/>
    </w:rPr>
  </w:style>
  <w:style w:type="character" w:styleId="Finomkiemels">
    <w:name w:val="Subtle Emphasis"/>
    <w:basedOn w:val="Bekezdsalapbettpusa"/>
    <w:uiPriority w:val="19"/>
    <w:qFormat/>
    <w:rsid w:val="00FC693F"/>
    <w:rPr>
      <w:i/>
      <w:iCs/>
      <w:color w:val="808080" w:themeColor="text1" w:themeTint="7F"/>
    </w:rPr>
  </w:style>
  <w:style w:type="character" w:styleId="Erskiemels">
    <w:name w:val="Intense Emphasis"/>
    <w:basedOn w:val="Bekezdsalapbettpusa"/>
    <w:uiPriority w:val="21"/>
    <w:qFormat/>
    <w:rsid w:val="00FC693F"/>
    <w:rPr>
      <w:b/>
      <w:bCs/>
      <w:i/>
      <w:iCs/>
      <w:color w:val="4F81BD" w:themeColor="accent1"/>
    </w:rPr>
  </w:style>
  <w:style w:type="character" w:styleId="Finomhivatkozs">
    <w:name w:val="Subtle Reference"/>
    <w:basedOn w:val="Bekezdsalapbettpusa"/>
    <w:uiPriority w:val="31"/>
    <w:qFormat/>
    <w:rsid w:val="00FC693F"/>
    <w:rPr>
      <w:smallCaps/>
      <w:color w:val="C0504D" w:themeColor="accent2"/>
      <w:u w:val="single"/>
    </w:rPr>
  </w:style>
  <w:style w:type="character" w:styleId="Ershivatkozs">
    <w:name w:val="Intense Reference"/>
    <w:basedOn w:val="Bekezdsalapbettpus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nyvcme">
    <w:name w:val="Book Title"/>
    <w:basedOn w:val="Bekezdsalapbettpusa"/>
    <w:uiPriority w:val="33"/>
    <w:qFormat/>
    <w:rsid w:val="00FC693F"/>
    <w:rPr>
      <w:b/>
      <w:bCs/>
      <w:smallCaps/>
      <w:spacing w:val="5"/>
    </w:rPr>
  </w:style>
  <w:style w:type="paragraph" w:styleId="Tartalomjegyzkcmsora">
    <w:name w:val="TOC Heading"/>
    <w:basedOn w:val="Cmsor1"/>
    <w:next w:val="Norml"/>
    <w:uiPriority w:val="39"/>
    <w:semiHidden/>
    <w:unhideWhenUsed/>
    <w:qFormat/>
    <w:rsid w:val="00FC693F"/>
    <w:pPr>
      <w:outlineLvl w:val="9"/>
    </w:pPr>
  </w:style>
  <w:style w:type="table" w:styleId="Rcsostblzat">
    <w:name w:val="Table Grid"/>
    <w:basedOn w:val="Normltblzat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Vilgostnus">
    <w:name w:val="Light Shading"/>
    <w:basedOn w:val="Normltblzat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Vilgosrnykols1jellszn">
    <w:name w:val="Light Shading Accent 1"/>
    <w:basedOn w:val="Normltblzat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Vilgosrnykols2jellszn">
    <w:name w:val="Light Shading Accent 2"/>
    <w:basedOn w:val="Normltblzat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Vilgosrnykols3jellszn">
    <w:name w:val="Light Shading Accent 3"/>
    <w:basedOn w:val="Normltblzat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Vilgosrnykols4jellszn">
    <w:name w:val="Light Shading Accent 4"/>
    <w:basedOn w:val="Normltblzat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Vilgosrnykols5jellszn">
    <w:name w:val="Light Shading Accent 5"/>
    <w:basedOn w:val="Normltblzat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Vilgosrnykols6jellszn">
    <w:name w:val="Light Shading Accent 6"/>
    <w:basedOn w:val="Normltblzat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Vilgoslista">
    <w:name w:val="Light List"/>
    <w:basedOn w:val="Normltblzat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Vilgoslista1jellszn">
    <w:name w:val="Light List Accent 1"/>
    <w:basedOn w:val="Normltblzat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Vilgoslista2jellszn">
    <w:name w:val="Light List Accent 2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Vilgoslista3jellszn">
    <w:name w:val="Light List Accent 3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Vilgoslista4jellszn">
    <w:name w:val="Light List Accent 4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Vilgoslista5jellszn">
    <w:name w:val="Light List Accent 5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Vilgoslista6jellszn">
    <w:name w:val="Light List Accent 6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Vilgosrcs">
    <w:name w:val="Light Grid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Vilgosrcs1jellszn">
    <w:name w:val="Light Grid Accent 1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Vilgosrcs2jellszn">
    <w:name w:val="Light Grid Accent 2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Vilgosrcs3jellszn">
    <w:name w:val="Light Grid Accent 3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Vilgosrcs4jellszn">
    <w:name w:val="Light Grid Accent 4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Vilgosrcs5jellszn">
    <w:name w:val="Light Grid Accent 5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Vilgosrcs6jellszn">
    <w:name w:val="Light Grid Accent 6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Kzepesrnykols1">
    <w:name w:val="Medium Shading 1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1jellszn">
    <w:name w:val="Medium Shading 1 Accent 1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2jellszn">
    <w:name w:val="Medium Shading 1 Accent 2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3jellszn">
    <w:name w:val="Medium Shading 1 Accent 3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4jellszn">
    <w:name w:val="Medium Shading 1 Accent 4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5jellszn">
    <w:name w:val="Medium Shading 1 Accent 5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6jellszn">
    <w:name w:val="Medium Shading 1 Accent 6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2">
    <w:name w:val="Medium Shading 2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1jellszn">
    <w:name w:val="Medium Shading 2 Accent 1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2jellszn">
    <w:name w:val="Medium Shading 2 Accent 2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3jellszn">
    <w:name w:val="Medium Shading 2 Accent 3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4jellszn">
    <w:name w:val="Medium Shading 2 Accent 4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5jellszn">
    <w:name w:val="Medium Shading 2 Accent 5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6jellszn">
    <w:name w:val="Medium Shading 2 Accent 6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lista1">
    <w:name w:val="Medium List 1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Kzepeslista11jellszn">
    <w:name w:val="Medium List 1 Accent 1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Kzepeslista12jellszn">
    <w:name w:val="Medium List 1 Accent 2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Kzepeslista13jellszn">
    <w:name w:val="Medium List 1 Accent 3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Kzepeslista14jellszn">
    <w:name w:val="Medium List 1 Accent 4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Kzepeslista15jellszn">
    <w:name w:val="Medium List 1 Accent 5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Kzepeslista16jellszn">
    <w:name w:val="Medium List 1 Accent 6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Kzepeslista2">
    <w:name w:val="Medium List 2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1jellszn">
    <w:name w:val="Medium List 2 Accent 1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2jellszn">
    <w:name w:val="Medium List 2 Accent 2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3jellszn">
    <w:name w:val="Medium List 2 Accent 3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4jellszn">
    <w:name w:val="Medium List 2 Accent 4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5jellszn">
    <w:name w:val="Medium List 2 Accent 5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6jellszn">
    <w:name w:val="Medium List 2 Accent 6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rcs1">
    <w:name w:val="Medium Grid 1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zepesrcs11jellszn">
    <w:name w:val="Medium Grid 1 Accent 1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zepesrcs12jellszn">
    <w:name w:val="Medium Grid 1 Accent 2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zepesrcs13jellszn">
    <w:name w:val="Medium Grid 1 Accent 3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zepesrcs14jellszn">
    <w:name w:val="Medium Grid 1 Accent 4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zepesrcs15jellszn">
    <w:name w:val="Medium Grid 1 Accent 5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zepesrcs16jellszn">
    <w:name w:val="Medium Grid 1 Accent 6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Kzepesrcs2">
    <w:name w:val="Medium Grid 2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1jellszn">
    <w:name w:val="Medium Grid 2 Accent 1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2jellszn">
    <w:name w:val="Medium Grid 2 Accent 2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3jellszn">
    <w:name w:val="Medium Grid 2 Accent 3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4jellszn">
    <w:name w:val="Medium Grid 2 Accent 4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5jellszn">
    <w:name w:val="Medium Grid 2 Accent 5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6jellszn">
    <w:name w:val="Medium Grid 2 Accent 6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3">
    <w:name w:val="Medium Grid 3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Kzepesrcs31jellszn">
    <w:name w:val="Medium Grid 3 Accent 1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Kzepesrcs32jellszn">
    <w:name w:val="Medium Grid 3 Accent 2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Kzepesrcs33jellszn">
    <w:name w:val="Medium Grid 3 Accent 3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Kzepesrcs34jellszn">
    <w:name w:val="Medium Grid 3 Accent 4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Kzepesrcs35jellszn">
    <w:name w:val="Medium Grid 3 Accent 5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Kzepesrcs36jellszn">
    <w:name w:val="Medium Grid 3 Accent 6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Sttlista">
    <w:name w:val="Dark List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Sttlista1jellszn">
    <w:name w:val="Dark List Accent 1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Sttlista2jellszn">
    <w:name w:val="Dark List Accent 2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Sttlista3jellszn">
    <w:name w:val="Dark List Accent 3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Sttlista4jellszn">
    <w:name w:val="Dark List Accent 4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Sttlista5jellszn">
    <w:name w:val="Dark List Accent 5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Sttlista6jellszn">
    <w:name w:val="Dark List Accent 6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znesrnykols">
    <w:name w:val="Colorful Shading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1jellszn">
    <w:name w:val="Colorful Shading Accent 1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2jellszn">
    <w:name w:val="Colorful Shading Accent 2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3jellszn">
    <w:name w:val="Colorful Shading Accent 3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znesrnykols4jellszn">
    <w:name w:val="Colorful Shading Accent 4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5jellszn">
    <w:name w:val="Colorful Shading Accent 5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6jellszn">
    <w:name w:val="Colorful Shading Accent 6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lista">
    <w:name w:val="Colorful List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Szneslista1jellszn">
    <w:name w:val="Colorful List Accent 1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Szneslista2jellszn">
    <w:name w:val="Colorful List Accent 2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Szneslista3jellszn">
    <w:name w:val="Colorful List Accent 3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Szneslista4jellszn">
    <w:name w:val="Colorful List Accent 4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Szneslista5jellszn">
    <w:name w:val="Colorful List Accent 5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Szneslista6jellszn">
    <w:name w:val="Colorful List Accent 6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Sznesrcs">
    <w:name w:val="Colorful Grid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znesrcs1jellszn">
    <w:name w:val="Colorful Grid Accent 1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znesrcs2jellszn">
    <w:name w:val="Colorful Grid Accent 2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znesrcs3jellszn">
    <w:name w:val="Colorful Grid Accent 3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znesrcs4jellszn">
    <w:name w:val="Colorful Grid Accent 4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znesrcs5jellszn">
    <w:name w:val="Colorful Grid Accent 5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znesrcs6jellszn">
    <w:name w:val="Colorful Grid Accent 6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6482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6223742-DB25-42E5-ABAB-971C32BD99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331</Words>
  <Characters>1893</Characters>
  <Application>Microsoft Office Word</Application>
  <DocSecurity>0</DocSecurity>
  <Lines>15</Lines>
  <Paragraphs>4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2220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Legion</cp:lastModifiedBy>
  <cp:revision>2</cp:revision>
  <dcterms:created xsi:type="dcterms:W3CDTF">2026-09-11T08:58:00Z</dcterms:created>
  <dcterms:modified xsi:type="dcterms:W3CDTF">2026-09-11T08:58:00Z</dcterms:modified>
  <cp:category/>
</cp:coreProperties>
</file>